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63C5A" w14:textId="77777777" w:rsidR="00F86513" w:rsidRDefault="00000000">
      <w:pPr>
        <w:jc w:val="center"/>
      </w:pPr>
      <w:r>
        <w:rPr>
          <w:b/>
          <w:color w:val="4472C4"/>
          <w:sz w:val="44"/>
        </w:rPr>
        <w:t xml:space="preserve">LANDING </w:t>
      </w:r>
      <w:r>
        <w:rPr>
          <w:b/>
          <w:color w:val="ED7D31"/>
          <w:sz w:val="44"/>
        </w:rPr>
        <w:t>TALENT</w:t>
      </w:r>
    </w:p>
    <w:p w14:paraId="7F90C90E" w14:textId="77777777" w:rsidR="00F86513" w:rsidRDefault="00000000">
      <w:pPr>
        <w:jc w:val="center"/>
      </w:pPr>
      <w:r>
        <w:rPr>
          <w:b/>
          <w:color w:val="1F497D"/>
          <w:sz w:val="28"/>
        </w:rPr>
        <w:t>LANDING PARTNER ACCEPTANCE LETTER</w:t>
      </w:r>
    </w:p>
    <w:p w14:paraId="167B5806" w14:textId="77777777" w:rsidR="00194FF7" w:rsidRPr="00194FF7" w:rsidRDefault="00194FF7" w:rsidP="00194FF7">
      <w:pPr>
        <w:spacing w:after="0"/>
        <w:jc w:val="center"/>
        <w:rPr>
          <w:i/>
          <w:iCs/>
          <w:highlight w:val="lightGray"/>
        </w:rPr>
      </w:pPr>
      <w:r w:rsidRPr="00194FF7">
        <w:rPr>
          <w:i/>
          <w:iCs/>
          <w:highlight w:val="lightGray"/>
        </w:rPr>
        <w:t>Please, delete these instructions:</w:t>
      </w:r>
    </w:p>
    <w:p w14:paraId="5678D6A5" w14:textId="6CF5383C" w:rsidR="3A1EC6BE" w:rsidRPr="00194FF7" w:rsidRDefault="3A1EC6BE" w:rsidP="00194FF7">
      <w:pPr>
        <w:spacing w:after="0"/>
        <w:jc w:val="center"/>
        <w:rPr>
          <w:highlight w:val="lightGray"/>
        </w:rPr>
      </w:pPr>
      <w:r w:rsidRPr="00194FF7">
        <w:rPr>
          <w:i/>
          <w:iCs/>
          <w:highlight w:val="lightGray"/>
        </w:rPr>
        <w:t>To be completed and signed by the invited international researcher (Landing Partner).</w:t>
      </w:r>
    </w:p>
    <w:p w14:paraId="1A0CA48A" w14:textId="0FE3BD53" w:rsidR="142A5454" w:rsidRDefault="142A5454" w:rsidP="00194FF7">
      <w:pPr>
        <w:spacing w:after="0"/>
        <w:jc w:val="center"/>
        <w:rPr>
          <w:i/>
          <w:iCs/>
        </w:rPr>
      </w:pPr>
      <w:r w:rsidRPr="00194FF7">
        <w:rPr>
          <w:i/>
          <w:iCs/>
          <w:highlight w:val="lightGray"/>
        </w:rPr>
        <w:t>This letter must be filled and signed in the institution of origin headed paper</w:t>
      </w:r>
    </w:p>
    <w:p w14:paraId="5AD03A3C" w14:textId="77777777" w:rsidR="00194FF7" w:rsidRDefault="00194FF7" w:rsidP="00194FF7">
      <w:pPr>
        <w:spacing w:after="0"/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F86513" w14:paraId="3C98661C" w14:textId="77777777" w:rsidTr="3A1EC6BE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A3C43F" w14:textId="77777777" w:rsidR="00F86513" w:rsidRDefault="00000000">
            <w:r>
              <w:rPr>
                <w:b/>
                <w:sz w:val="19"/>
              </w:rPr>
              <w:t>Landing Partner - full name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A6659" w14:textId="77777777" w:rsidR="00F86513" w:rsidRDefault="00F86513"/>
        </w:tc>
      </w:tr>
      <w:tr w:rsidR="00F86513" w14:paraId="482E014C" w14:textId="77777777" w:rsidTr="3A1EC6BE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35EA6A" w14:textId="77777777" w:rsidR="00F86513" w:rsidRDefault="00000000">
            <w:r>
              <w:rPr>
                <w:b/>
                <w:sz w:val="19"/>
              </w:rPr>
              <w:t>Department / research group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B6C7B" w14:textId="77777777" w:rsidR="00F86513" w:rsidRDefault="00F86513"/>
        </w:tc>
      </w:tr>
      <w:tr w:rsidR="00F86513" w14:paraId="5B3155A1" w14:textId="77777777" w:rsidTr="3A1EC6BE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D89CD6" w14:textId="77777777" w:rsidR="00F86513" w:rsidRDefault="00000000">
            <w:r>
              <w:rPr>
                <w:b/>
                <w:sz w:val="19"/>
              </w:rPr>
              <w:t>Institution of origin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B378F" w14:textId="77777777" w:rsidR="00F86513" w:rsidRDefault="00F86513"/>
        </w:tc>
      </w:tr>
      <w:tr w:rsidR="00F86513" w14:paraId="38B8AE43" w14:textId="77777777" w:rsidTr="3A1EC6BE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AF6CA" w14:textId="77777777" w:rsidR="00F86513" w:rsidRDefault="00000000">
            <w:r>
              <w:rPr>
                <w:b/>
                <w:sz w:val="19"/>
              </w:rPr>
              <w:t>Host research group / scientific-technical structure at IISLAFE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3D3EC" w14:textId="77777777" w:rsidR="00F86513" w:rsidRDefault="00F86513"/>
        </w:tc>
      </w:tr>
      <w:tr w:rsidR="00F86513" w14:paraId="07B8EBC7" w14:textId="77777777" w:rsidTr="3A1EC6BE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78E795" w14:textId="77777777" w:rsidR="00F86513" w:rsidRDefault="00000000">
            <w:r>
              <w:rPr>
                <w:b/>
                <w:sz w:val="19"/>
              </w:rPr>
              <w:t>Title of the proposed stay / collaboration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B940D" w14:textId="77777777" w:rsidR="00F86513" w:rsidRDefault="00F86513"/>
        </w:tc>
      </w:tr>
      <w:tr w:rsidR="00F86513" w14:paraId="16A979C3" w14:textId="77777777" w:rsidTr="3A1EC6BE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40B631" w14:textId="77777777" w:rsidR="00F86513" w:rsidRDefault="00000000">
            <w:r>
              <w:rPr>
                <w:b/>
                <w:sz w:val="19"/>
              </w:rPr>
              <w:t>Proposed period of the stay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4ABAF" w14:textId="77777777" w:rsidR="00F86513" w:rsidRDefault="00000000">
            <w:r>
              <w:rPr>
                <w:sz w:val="19"/>
              </w:rPr>
              <w:t>From ____ / ____ / ______ to ____ / ____ / ______</w:t>
            </w:r>
          </w:p>
        </w:tc>
      </w:tr>
    </w:tbl>
    <w:p w14:paraId="0E27B00A" w14:textId="77777777" w:rsidR="00F86513" w:rsidRDefault="00F86513"/>
    <w:p w14:paraId="5BAB57B8" w14:textId="77777777" w:rsidR="00F86513" w:rsidRDefault="00000000">
      <w:r>
        <w:rPr>
          <w:b/>
          <w:color w:val="1F497D"/>
          <w:sz w:val="24"/>
        </w:rPr>
        <w:t>Declaration</w:t>
      </w:r>
    </w:p>
    <w:p w14:paraId="7B08C4CB" w14:textId="77777777" w:rsidR="00F86513" w:rsidRDefault="00000000">
      <w:r>
        <w:t>I, the undersigned, confirm my interest in participating as the invited international researcher (Landing Partner) in the proposed Landing Talent stay at IISLAFE. I confirm that I am professionally affiliated with the institution of origin identified above and that I carry out my professional activity outside Spain.</w:t>
      </w:r>
    </w:p>
    <w:p w14:paraId="42920B87" w14:textId="77777777" w:rsidR="00F86513" w:rsidRDefault="00000000">
      <w:r>
        <w:t>I further confirm that:</w:t>
      </w:r>
    </w:p>
    <w:p w14:paraId="4A004813" w14:textId="495BAB54" w:rsidR="00F86513" w:rsidRDefault="3A1EC6BE">
      <w:pPr>
        <w:pStyle w:val="ListBullet"/>
      </w:pPr>
      <w:r>
        <w:t>I am interested in participating in the proposed stay and scientific collaboration at IISLAFE as described in the application form linked to this proposal.</w:t>
      </w:r>
    </w:p>
    <w:p w14:paraId="2952F647" w14:textId="77777777" w:rsidR="00F86513" w:rsidRDefault="3A1EC6BE">
      <w:pPr>
        <w:pStyle w:val="ListBullet"/>
      </w:pPr>
      <w:r>
        <w:t>I commit to actively participating in the scientific activities included in the proposed work plan.</w:t>
      </w:r>
    </w:p>
    <w:p w14:paraId="6833C055" w14:textId="77777777" w:rsidR="00F86513" w:rsidRDefault="00000000">
      <w:pPr>
        <w:pStyle w:val="ListBullet"/>
      </w:pPr>
      <w:r>
        <w:t>I am available to undertake the stay during the proposed period indicated above.</w:t>
      </w:r>
    </w:p>
    <w:p w14:paraId="15D28388" w14:textId="77777777" w:rsidR="00F86513" w:rsidRDefault="00000000">
      <w:pPr>
        <w:spacing w:before="120"/>
      </w:pPr>
      <w:r>
        <w:t>By signing this letter, I confirm the above statements for the purposes of the Landing Talent application.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F86513" w14:paraId="02148DB9" w14:textId="77777777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51DF51" w14:textId="77777777" w:rsidR="00F86513" w:rsidRDefault="00000000">
            <w:r>
              <w:rPr>
                <w:b/>
                <w:sz w:val="19"/>
              </w:rPr>
              <w:t>Place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EAFD9C" w14:textId="77777777" w:rsidR="00F86513" w:rsidRDefault="00F86513"/>
        </w:tc>
      </w:tr>
      <w:tr w:rsidR="00F86513" w14:paraId="067A428C" w14:textId="77777777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072FA" w14:textId="77777777" w:rsidR="00F86513" w:rsidRDefault="00000000">
            <w:r>
              <w:rPr>
                <w:b/>
                <w:sz w:val="19"/>
              </w:rPr>
              <w:t>Date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8BCFB" w14:textId="77777777" w:rsidR="00F86513" w:rsidRDefault="00000000">
            <w:r>
              <w:rPr>
                <w:sz w:val="19"/>
              </w:rPr>
              <w:t>____ / ___</w:t>
            </w:r>
            <w:proofErr w:type="gramStart"/>
            <w:r>
              <w:rPr>
                <w:sz w:val="19"/>
              </w:rPr>
              <w:t>_ / _</w:t>
            </w:r>
            <w:proofErr w:type="gramEnd"/>
            <w:r>
              <w:rPr>
                <w:sz w:val="19"/>
              </w:rPr>
              <w:t>_____</w:t>
            </w:r>
          </w:p>
        </w:tc>
      </w:tr>
      <w:tr w:rsidR="00F86513" w14:paraId="362FB115" w14:textId="77777777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0074B" w14:textId="77777777" w:rsidR="00F86513" w:rsidRDefault="00000000">
            <w:r>
              <w:rPr>
                <w:b/>
                <w:sz w:val="19"/>
              </w:rPr>
              <w:t>Name of the Landing Partner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94D5A5" w14:textId="77777777" w:rsidR="00F86513" w:rsidRDefault="00F86513"/>
        </w:tc>
      </w:tr>
      <w:tr w:rsidR="00F86513" w14:paraId="4CCB031D" w14:textId="77777777">
        <w:trPr>
          <w:jc w:val="center"/>
        </w:trPr>
        <w:tc>
          <w:tcPr>
            <w:tcW w:w="496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C2904" w14:textId="77777777" w:rsidR="00F86513" w:rsidRDefault="00000000">
            <w:r>
              <w:rPr>
                <w:b/>
                <w:sz w:val="19"/>
              </w:rPr>
              <w:t>Signature</w:t>
            </w:r>
          </w:p>
        </w:tc>
        <w:tc>
          <w:tcPr>
            <w:tcW w:w="49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EC669" w14:textId="77777777" w:rsidR="00F86513" w:rsidRDefault="00000000"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  <w:r>
              <w:rPr>
                <w:sz w:val="19"/>
              </w:rPr>
              <w:br/>
            </w:r>
          </w:p>
        </w:tc>
      </w:tr>
    </w:tbl>
    <w:p w14:paraId="693E0A52" w14:textId="77777777" w:rsidR="00F86513" w:rsidRDefault="00000000">
      <w:r>
        <w:rPr>
          <w:b/>
          <w:sz w:val="17"/>
        </w:rPr>
        <w:t xml:space="preserve">Note: </w:t>
      </w:r>
      <w:r>
        <w:rPr>
          <w:sz w:val="17"/>
        </w:rPr>
        <w:t>This signed letter must be submitted together with the Landing Talent application. Please ensure that the information provided is consistent with the application form.</w:t>
      </w:r>
    </w:p>
    <w:sectPr w:rsidR="00F86513" w:rsidSect="00034616">
      <w:footerReference w:type="default" r:id="rId8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BB3D2" w14:textId="77777777" w:rsidR="008712CD" w:rsidRDefault="008712CD">
      <w:pPr>
        <w:spacing w:after="0" w:line="240" w:lineRule="auto"/>
      </w:pPr>
      <w:r>
        <w:separator/>
      </w:r>
    </w:p>
  </w:endnote>
  <w:endnote w:type="continuationSeparator" w:id="0">
    <w:p w14:paraId="14763BE5" w14:textId="77777777" w:rsidR="008712CD" w:rsidRDefault="00871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DC97A" w14:textId="77777777" w:rsidR="00F86513" w:rsidRDefault="00000000">
    <w:pPr>
      <w:pStyle w:val="Footer"/>
      <w:jc w:val="center"/>
    </w:pPr>
    <w:r>
      <w:t>Landing Talent | IISLAFE | Landing Partner Acceptance Letter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425F" w14:textId="77777777" w:rsidR="008712CD" w:rsidRDefault="008712CD">
      <w:pPr>
        <w:spacing w:after="0" w:line="240" w:lineRule="auto"/>
      </w:pPr>
      <w:r>
        <w:separator/>
      </w:r>
    </w:p>
  </w:footnote>
  <w:footnote w:type="continuationSeparator" w:id="0">
    <w:p w14:paraId="112A566D" w14:textId="77777777" w:rsidR="008712CD" w:rsidRDefault="00871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34895">
    <w:abstractNumId w:val="8"/>
  </w:num>
  <w:num w:numId="2" w16cid:durableId="1191529494">
    <w:abstractNumId w:val="6"/>
  </w:num>
  <w:num w:numId="3" w16cid:durableId="155463780">
    <w:abstractNumId w:val="5"/>
  </w:num>
  <w:num w:numId="4" w16cid:durableId="1903179449">
    <w:abstractNumId w:val="4"/>
  </w:num>
  <w:num w:numId="5" w16cid:durableId="1249534310">
    <w:abstractNumId w:val="7"/>
  </w:num>
  <w:num w:numId="6" w16cid:durableId="1923486854">
    <w:abstractNumId w:val="3"/>
  </w:num>
  <w:num w:numId="7" w16cid:durableId="1428958904">
    <w:abstractNumId w:val="2"/>
  </w:num>
  <w:num w:numId="8" w16cid:durableId="692465663">
    <w:abstractNumId w:val="1"/>
  </w:num>
  <w:num w:numId="9" w16cid:durableId="209952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FF7"/>
    <w:rsid w:val="0029639D"/>
    <w:rsid w:val="00326F90"/>
    <w:rsid w:val="0072775B"/>
    <w:rsid w:val="008712CD"/>
    <w:rsid w:val="00AA1D8D"/>
    <w:rsid w:val="00B47730"/>
    <w:rsid w:val="00CB0664"/>
    <w:rsid w:val="00F86513"/>
    <w:rsid w:val="00FC693F"/>
    <w:rsid w:val="142A5454"/>
    <w:rsid w:val="2A3D71FA"/>
    <w:rsid w:val="3A1EC6BE"/>
    <w:rsid w:val="76539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1DE0822-4E5A-4F21-BF90-A9FB41AA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1336</Characters>
  <Application>Microsoft Office Word</Application>
  <DocSecurity>0</DocSecurity>
  <Lines>11</Lines>
  <Paragraphs>3</Paragraphs>
  <ScaleCrop>false</ScaleCrop>
  <Manager/>
  <Company/>
  <LinksUpToDate>false</LinksUpToDate>
  <CharactersWithSpaces>1575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Landing Talent - Landing Partner Acceptance Letter Template</dc:title>
  <dc:subject/>
  <dc:creator>RITA BELEN DIRANZO AÑO</dc:creator>
  <cp:keywords/>
  <dc:description>generated by python-docx</dc:description>
  <cp:lastModifiedBy>RITA BELEN DIRANZO AÑO</cp:lastModifiedBy>
  <cp:revision>2</cp:revision>
  <dcterms:created xsi:type="dcterms:W3CDTF">2026-10-13T13:37:00Z</dcterms:created>
  <dcterms:modified xsi:type="dcterms:W3CDTF">2026-10-13T13:37:00Z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a14c0d-58c1-4c83-9734-15a8c9bb140a_Enabled">
    <vt:lpwstr>true</vt:lpwstr>
  </property>
  <property fmtid="{D5CDD505-2E9C-101B-9397-08002B2CF9AE}" pid="3" name="MSIP_Label_78a14c0d-58c1-4c83-9734-15a8c9bb140a_SetDate">
    <vt:lpwstr>2026-10-13T13:11:40Z</vt:lpwstr>
  </property>
  <property fmtid="{D5CDD505-2E9C-101B-9397-08002B2CF9AE}" pid="4" name="MSIP_Label_78a14c0d-58c1-4c83-9734-15a8c9bb140a_Method">
    <vt:lpwstr>Privileged</vt:lpwstr>
  </property>
  <property fmtid="{D5CDD505-2E9C-101B-9397-08002B2CF9AE}" pid="5" name="MSIP_Label_78a14c0d-58c1-4c83-9734-15a8c9bb140a_Name">
    <vt:lpwstr>defa4170-0d19-0005-0004-bc88714345d2</vt:lpwstr>
  </property>
  <property fmtid="{D5CDD505-2E9C-101B-9397-08002B2CF9AE}" pid="6" name="MSIP_Label_78a14c0d-58c1-4c83-9734-15a8c9bb140a_SiteId">
    <vt:lpwstr>f4101dab-25da-4570-8c11-a3eee5d04def</vt:lpwstr>
  </property>
  <property fmtid="{D5CDD505-2E9C-101B-9397-08002B2CF9AE}" pid="7" name="MSIP_Label_78a14c0d-58c1-4c83-9734-15a8c9bb140a_ActionId">
    <vt:lpwstr>aab4f92c-9290-4cad-9e78-fd5f779515bd</vt:lpwstr>
  </property>
  <property fmtid="{D5CDD505-2E9C-101B-9397-08002B2CF9AE}" pid="8" name="MSIP_Label_78a14c0d-58c1-4c83-9734-15a8c9bb140a_ContentBits">
    <vt:lpwstr>0</vt:lpwstr>
  </property>
</Properties>
</file>